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0145" w:rsidRPr="00956EDC" w:rsidRDefault="00BF79AD" w:rsidP="00956EDC">
      <w:pPr>
        <w:jc w:val="center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b/>
          <w:sz w:val="20"/>
        </w:rPr>
        <w:t>PRILOG 1.</w:t>
      </w:r>
      <w:r w:rsidRPr="00956EDC">
        <w:rPr>
          <w:rFonts w:ascii="Times New Roman" w:hAnsi="Times New Roman" w:cs="Times New Roman"/>
          <w:b/>
          <w:sz w:val="20"/>
        </w:rPr>
        <w:br/>
      </w:r>
      <w:r w:rsidRPr="00956EDC">
        <w:rPr>
          <w:rFonts w:ascii="Times New Roman" w:hAnsi="Times New Roman" w:cs="Times New Roman"/>
          <w:b/>
          <w:sz w:val="20"/>
        </w:rPr>
        <w:t>PRIJAVA NA NATJEČAJ</w:t>
      </w:r>
    </w:p>
    <w:p w:rsidR="00780145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b/>
          <w:sz w:val="20"/>
        </w:rPr>
        <w:t>za odabir 9 nastavnika za sudjelovanje u Erasmus+ mobilnosti</w:t>
      </w:r>
      <w:r w:rsidRPr="00956EDC">
        <w:rPr>
          <w:rFonts w:ascii="Times New Roman" w:hAnsi="Times New Roman" w:cs="Times New Roman"/>
          <w:b/>
          <w:sz w:val="20"/>
        </w:rPr>
        <w:br/>
        <w:t xml:space="preserve">u okviru projekta „Povezivanje talenata Baranje s globalnim digitalnim </w:t>
      </w:r>
      <w:proofErr w:type="gramStart"/>
      <w:r w:rsidRPr="00956EDC">
        <w:rPr>
          <w:rFonts w:ascii="Times New Roman" w:hAnsi="Times New Roman" w:cs="Times New Roman"/>
          <w:b/>
          <w:sz w:val="20"/>
        </w:rPr>
        <w:t>gospodarstvom“</w:t>
      </w:r>
      <w:proofErr w:type="gramEnd"/>
    </w:p>
    <w:p w:rsidR="00780145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  <w:proofErr w:type="spellStart"/>
      <w:r w:rsidRPr="00956EDC">
        <w:rPr>
          <w:rFonts w:ascii="Times New Roman" w:hAnsi="Times New Roman" w:cs="Times New Roman"/>
          <w:sz w:val="20"/>
        </w:rPr>
        <w:t>Projekt</w:t>
      </w:r>
      <w:proofErr w:type="spellEnd"/>
      <w:r w:rsidRPr="00956EDC">
        <w:rPr>
          <w:rFonts w:ascii="Times New Roman" w:hAnsi="Times New Roman" w:cs="Times New Roman"/>
          <w:sz w:val="20"/>
        </w:rPr>
        <w:t>: 2026-1-HR01-KA122-VET-000404805</w:t>
      </w: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957"/>
        <w:gridCol w:w="4957"/>
      </w:tblGrid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Ime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i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prezime</w:t>
            </w:r>
            <w:proofErr w:type="spellEnd"/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</w:tr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b/>
                <w:sz w:val="20"/>
              </w:rPr>
              <w:t>Radno mjesto</w:t>
            </w:r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</w:tr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Stručna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sprema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zvanje</w:t>
            </w:r>
            <w:proofErr w:type="spellEnd"/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</w:tr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Predmet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i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>)</w:t>
            </w:r>
            <w:r w:rsidRPr="00956EDC">
              <w:rPr>
                <w:rFonts w:ascii="Times New Roman" w:hAnsi="Times New Roman" w:cs="Times New Roman"/>
                <w:b/>
                <w:sz w:val="20"/>
              </w:rPr>
              <w:t>/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područje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rada</w:t>
            </w:r>
            <w:proofErr w:type="spellEnd"/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b/>
                <w:sz w:val="20"/>
              </w:rPr>
              <w:t>E-mail</w:t>
            </w:r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</w:tr>
      <w:tr w:rsidR="00780145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780145" w:rsidRPr="00956EDC" w:rsidRDefault="00956EDC" w:rsidP="00956ED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Mobitel</w:t>
            </w:r>
            <w:bookmarkStart w:id="0" w:name="_GoBack"/>
            <w:bookmarkEnd w:id="0"/>
          </w:p>
        </w:tc>
        <w:tc>
          <w:tcPr>
            <w:tcW w:w="4957" w:type="dxa"/>
            <w:vAlign w:val="center"/>
          </w:tcPr>
          <w:p w:rsidR="00780145" w:rsidRPr="00956EDC" w:rsidRDefault="00BF79AD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 xml:space="preserve">     </w:t>
            </w:r>
          </w:p>
        </w:tc>
      </w:tr>
      <w:tr w:rsidR="00956EDC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Tečaj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prvi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izbor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4957" w:type="dxa"/>
            <w:vAlign w:val="center"/>
          </w:tcPr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956EDC" w:rsidRPr="00956EDC" w:rsidTr="00956EDC">
        <w:trPr>
          <w:trHeight w:val="500"/>
          <w:jc w:val="center"/>
        </w:trPr>
        <w:tc>
          <w:tcPr>
            <w:tcW w:w="4957" w:type="dxa"/>
            <w:vAlign w:val="center"/>
          </w:tcPr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b/>
                <w:sz w:val="20"/>
              </w:rPr>
            </w:pP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Tečaj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(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drugi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proofErr w:type="spellStart"/>
            <w:r w:rsidRPr="00956EDC">
              <w:rPr>
                <w:rFonts w:ascii="Times New Roman" w:hAnsi="Times New Roman" w:cs="Times New Roman"/>
                <w:b/>
                <w:sz w:val="20"/>
              </w:rPr>
              <w:t>izbor</w:t>
            </w:r>
            <w:proofErr w:type="spellEnd"/>
            <w:r w:rsidRPr="00956EDC">
              <w:rPr>
                <w:rFonts w:ascii="Times New Roman" w:hAnsi="Times New Roman" w:cs="Times New Roman"/>
                <w:b/>
                <w:sz w:val="20"/>
              </w:rPr>
              <w:t>)</w:t>
            </w:r>
          </w:p>
        </w:tc>
        <w:tc>
          <w:tcPr>
            <w:tcW w:w="4957" w:type="dxa"/>
            <w:vAlign w:val="center"/>
          </w:tcPr>
          <w:p w:rsidR="00956EDC" w:rsidRPr="00956EDC" w:rsidRDefault="00956EDC" w:rsidP="00956EDC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780145" w:rsidRPr="00956EDC" w:rsidRDefault="00780145" w:rsidP="00956EDC">
      <w:pPr>
        <w:jc w:val="both"/>
        <w:rPr>
          <w:rFonts w:ascii="Times New Roman" w:hAnsi="Times New Roman" w:cs="Times New Roman"/>
          <w:sz w:val="20"/>
        </w:rPr>
      </w:pPr>
    </w:p>
    <w:p w:rsidR="00780145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b/>
          <w:sz w:val="20"/>
        </w:rPr>
        <w:t>PRIJAVA</w:t>
      </w:r>
    </w:p>
    <w:p w:rsidR="00780145" w:rsidRPr="00956EDC" w:rsidRDefault="00BF79AD" w:rsidP="00956EDC">
      <w:pPr>
        <w:ind w:firstLine="720"/>
        <w:jc w:val="both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sz w:val="20"/>
        </w:rPr>
        <w:t xml:space="preserve">Ja, dolje potpisani/a, prijavljujem se na Natječaj za odabir 9 nastavnika za sudjelovanje u Erasmus+ mobilnosti u okviru projekta </w:t>
      </w:r>
      <w:r w:rsidRPr="00956EDC">
        <w:rPr>
          <w:rFonts w:ascii="Times New Roman" w:hAnsi="Times New Roman" w:cs="Times New Roman"/>
          <w:sz w:val="20"/>
        </w:rPr>
        <w:t xml:space="preserve">„Povezivanje talenata Baranje s globalnim digitalnim </w:t>
      </w:r>
      <w:proofErr w:type="gramStart"/>
      <w:r w:rsidRPr="00956EDC">
        <w:rPr>
          <w:rFonts w:ascii="Times New Roman" w:hAnsi="Times New Roman" w:cs="Times New Roman"/>
          <w:sz w:val="20"/>
        </w:rPr>
        <w:t>gospodarstvom“</w:t>
      </w:r>
      <w:proofErr w:type="gramEnd"/>
      <w:r w:rsidRPr="00956EDC">
        <w:rPr>
          <w:rFonts w:ascii="Times New Roman" w:hAnsi="Times New Roman" w:cs="Times New Roman"/>
          <w:sz w:val="20"/>
        </w:rPr>
        <w:t>, projektni broj 2026-1-HR01-KA122-VET-000404805, koji će se održati u Antalyji, Turska, u razdoblju od 20. do 27. veljače 2027. godine.</w:t>
      </w:r>
    </w:p>
    <w:p w:rsidR="00780145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sz w:val="20"/>
        </w:rPr>
        <w:t>Potvrđujem da sam upoznat/a s uvjetima i obvezama su</w:t>
      </w:r>
      <w:r w:rsidRPr="00956EDC">
        <w:rPr>
          <w:rFonts w:ascii="Times New Roman" w:hAnsi="Times New Roman" w:cs="Times New Roman"/>
          <w:sz w:val="20"/>
        </w:rPr>
        <w:t>djelovanja u mobilnosti navedenima u Natječaju te da su podaci navedeni u ovoj prijavi točni.</w:t>
      </w:r>
    </w:p>
    <w:p w:rsidR="00780145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  <w:r w:rsidRPr="00956EDC">
        <w:rPr>
          <w:rFonts w:ascii="Times New Roman" w:hAnsi="Times New Roman" w:cs="Times New Roman"/>
          <w:sz w:val="20"/>
        </w:rPr>
        <w:t>U slučaju odabira obvezujem se aktivno sudjelovati u pripremi i provedbi mobilnosti, svim aktivnostima tijekom mobilnosti, primjeni stečenih znanja u nastavnom ra</w:t>
      </w:r>
      <w:r w:rsidRPr="00956EDC">
        <w:rPr>
          <w:rFonts w:ascii="Times New Roman" w:hAnsi="Times New Roman" w:cs="Times New Roman"/>
          <w:sz w:val="20"/>
        </w:rPr>
        <w:t xml:space="preserve">du, diseminaciji i prijenosu znanja, vrednovanju i izvještavanju nakon mobilnosti te drugim </w:t>
      </w:r>
      <w:proofErr w:type="spellStart"/>
      <w:r w:rsidRPr="00956EDC">
        <w:rPr>
          <w:rFonts w:ascii="Times New Roman" w:hAnsi="Times New Roman" w:cs="Times New Roman"/>
          <w:sz w:val="20"/>
        </w:rPr>
        <w:t>obvezama</w:t>
      </w:r>
      <w:proofErr w:type="spellEnd"/>
      <w:r w:rsidRPr="00956ED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56EDC">
        <w:rPr>
          <w:rFonts w:ascii="Times New Roman" w:hAnsi="Times New Roman" w:cs="Times New Roman"/>
          <w:sz w:val="20"/>
        </w:rPr>
        <w:t>utvrđenima</w:t>
      </w:r>
      <w:proofErr w:type="spellEnd"/>
      <w:r w:rsidRPr="00956ED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56EDC">
        <w:rPr>
          <w:rFonts w:ascii="Times New Roman" w:hAnsi="Times New Roman" w:cs="Times New Roman"/>
          <w:sz w:val="20"/>
        </w:rPr>
        <w:t>dokumentacijom</w:t>
      </w:r>
      <w:proofErr w:type="spellEnd"/>
      <w:r w:rsidRPr="00956EDC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956EDC">
        <w:rPr>
          <w:rFonts w:ascii="Times New Roman" w:hAnsi="Times New Roman" w:cs="Times New Roman"/>
          <w:sz w:val="20"/>
        </w:rPr>
        <w:t>škole</w:t>
      </w:r>
      <w:proofErr w:type="spellEnd"/>
      <w:r w:rsidRPr="00956EDC">
        <w:rPr>
          <w:rFonts w:ascii="Times New Roman" w:hAnsi="Times New Roman" w:cs="Times New Roman"/>
          <w:sz w:val="20"/>
        </w:rPr>
        <w:t>.</w:t>
      </w:r>
    </w:p>
    <w:p w:rsidR="00956EDC" w:rsidRPr="00956EDC" w:rsidRDefault="00956EDC" w:rsidP="00956EDC">
      <w:pPr>
        <w:jc w:val="both"/>
        <w:rPr>
          <w:rFonts w:ascii="Times New Roman" w:hAnsi="Times New Roman" w:cs="Times New Roman"/>
          <w:sz w:val="2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873"/>
        <w:gridCol w:w="4873"/>
      </w:tblGrid>
      <w:tr w:rsidR="00780145" w:rsidRPr="00956EDC">
        <w:trPr>
          <w:jc w:val="center"/>
        </w:trPr>
        <w:tc>
          <w:tcPr>
            <w:tcW w:w="4873" w:type="dxa"/>
            <w:vAlign w:val="center"/>
          </w:tcPr>
          <w:p w:rsidR="00780145" w:rsidRPr="00956EDC" w:rsidRDefault="00BF79AD" w:rsidP="00956EDC">
            <w:pPr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>Mjesto i datum:</w:t>
            </w:r>
          </w:p>
        </w:tc>
        <w:tc>
          <w:tcPr>
            <w:tcW w:w="4873" w:type="dxa"/>
            <w:vAlign w:val="center"/>
          </w:tcPr>
          <w:p w:rsidR="00780145" w:rsidRPr="00956EDC" w:rsidRDefault="00BF79AD" w:rsidP="00956ED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956EDC">
              <w:rPr>
                <w:rFonts w:ascii="Times New Roman" w:hAnsi="Times New Roman" w:cs="Times New Roman"/>
                <w:sz w:val="20"/>
              </w:rPr>
              <w:t>Potpis kandidata</w:t>
            </w:r>
            <w:r w:rsidRPr="00956EDC">
              <w:rPr>
                <w:rFonts w:ascii="Times New Roman" w:hAnsi="Times New Roman" w:cs="Times New Roman"/>
                <w:sz w:val="20"/>
              </w:rPr>
              <w:t>:</w:t>
            </w:r>
          </w:p>
        </w:tc>
      </w:tr>
      <w:tr w:rsidR="00956EDC" w:rsidRPr="00956EDC">
        <w:trPr>
          <w:jc w:val="center"/>
        </w:trPr>
        <w:tc>
          <w:tcPr>
            <w:tcW w:w="4873" w:type="dxa"/>
            <w:vAlign w:val="center"/>
          </w:tcPr>
          <w:p w:rsidR="00956EDC" w:rsidRPr="00956EDC" w:rsidRDefault="00956EDC" w:rsidP="00956EDC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</w:t>
            </w:r>
          </w:p>
        </w:tc>
        <w:tc>
          <w:tcPr>
            <w:tcW w:w="4873" w:type="dxa"/>
            <w:vAlign w:val="center"/>
          </w:tcPr>
          <w:p w:rsidR="00956EDC" w:rsidRPr="00956EDC" w:rsidRDefault="00956EDC" w:rsidP="00956EDC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___________________________</w:t>
            </w:r>
          </w:p>
        </w:tc>
      </w:tr>
    </w:tbl>
    <w:p w:rsidR="00BF79AD" w:rsidRPr="00956EDC" w:rsidRDefault="00BF79AD" w:rsidP="00956EDC">
      <w:pPr>
        <w:jc w:val="both"/>
        <w:rPr>
          <w:rFonts w:ascii="Times New Roman" w:hAnsi="Times New Roman" w:cs="Times New Roman"/>
          <w:sz w:val="20"/>
        </w:rPr>
      </w:pPr>
    </w:p>
    <w:sectPr w:rsidR="00BF79AD" w:rsidRPr="00956ED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780145"/>
    <w:rsid w:val="00956EDC"/>
    <w:rsid w:val="00AA1D8D"/>
    <w:rsid w:val="00B47730"/>
    <w:rsid w:val="00BF79A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A6FCF1"/>
  <w14:defaultImageDpi w14:val="300"/>
  <w15:docId w15:val="{0C0042A2-4125-4A61-9414-F920A4864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4C72762-33DF-49B1-B8E3-0D791DF99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Mirna Glavan Grbeš</cp:lastModifiedBy>
  <cp:revision>3</cp:revision>
  <dcterms:created xsi:type="dcterms:W3CDTF">2013-12-23T23:15:00Z</dcterms:created>
  <dcterms:modified xsi:type="dcterms:W3CDTF">2026-09-07T05:32:00Z</dcterms:modified>
  <cp:category/>
</cp:coreProperties>
</file>